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2EE13" w14:textId="77777777" w:rsidR="000F6ADA" w:rsidRDefault="00EA4B3E" w:rsidP="00EF2301">
      <w:pPr>
        <w:spacing w:after="20" w:line="276" w:lineRule="auto"/>
        <w:jc w:val="center"/>
      </w:pPr>
      <w:r>
        <w:rPr>
          <w:rFonts w:ascii="BIZ UDP明朝 Medium" w:eastAsia="BIZ UDP明朝 Medium" w:hAnsi="BIZ UDP明朝 Medium"/>
          <w:b/>
          <w:sz w:val="28"/>
        </w:rPr>
        <w:t>日本ベンチャー学会誌 『Venture Review』チェックリスト</w:t>
      </w:r>
    </w:p>
    <w:p w14:paraId="31141DBA" w14:textId="5254D1B9" w:rsidR="000F6ADA" w:rsidRDefault="00EF2301" w:rsidP="00633AAE">
      <w:pPr>
        <w:spacing w:after="200" w:line="360" w:lineRule="auto"/>
        <w:jc w:val="center"/>
        <w:rPr>
          <w:rFonts w:ascii="BIZ UDP明朝 Medium" w:eastAsia="BIZ UDP明朝 Medium" w:hAnsi="BIZ UDP明朝 Medium"/>
          <w:b/>
          <w:sz w:val="28"/>
        </w:rPr>
      </w:pPr>
      <w:r>
        <w:rPr>
          <w:rFonts w:ascii="BIZ UDP明朝 Medium" w:eastAsia="BIZ UDP明朝 Medium" w:hAnsi="BIZ UDP明朝 Medium"/>
          <w:b/>
          <w:noProof/>
          <w:sz w:val="36"/>
        </w:rPr>
        <mc:AlternateContent>
          <mc:Choice Requires="wps">
            <w:drawing>
              <wp:anchor distT="0" distB="0" distL="114300" distR="114300" simplePos="0" relativeHeight="251659264" behindDoc="0" locked="0" layoutInCell="1" allowOverlap="1" wp14:anchorId="5FA2588E" wp14:editId="051D5B3D">
                <wp:simplePos x="0" y="0"/>
                <wp:positionH relativeFrom="column">
                  <wp:posOffset>0</wp:posOffset>
                </wp:positionH>
                <wp:positionV relativeFrom="paragraph">
                  <wp:posOffset>340995</wp:posOffset>
                </wp:positionV>
                <wp:extent cx="5588000" cy="0"/>
                <wp:effectExtent l="38100" t="38100" r="69850" b="95250"/>
                <wp:wrapNone/>
                <wp:docPr id="543085918" name="直線コネクタ 1"/>
                <wp:cNvGraphicFramePr/>
                <a:graphic xmlns:a="http://schemas.openxmlformats.org/drawingml/2006/main">
                  <a:graphicData uri="http://schemas.microsoft.com/office/word/2010/wordprocessingShape">
                    <wps:wsp>
                      <wps:cNvCnPr/>
                      <wps:spPr>
                        <a:xfrm>
                          <a:off x="0" y="0"/>
                          <a:ext cx="5588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225F501" id="直線コネクタ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6.85pt" to="440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" strokecolor="#4f81bd [3204]" strokeweight="2pt">
                <v:shadow on="t" color="black" opacity="24903f" origin=",.5" offset="0,.55556mm"/>
              </v:line>
            </w:pict>
          </mc:Fallback>
        </mc:AlternateContent>
      </w:r>
      <w:r>
        <w:rPr>
          <w:rFonts w:ascii="BIZ UDP明朝 Medium" w:eastAsia="BIZ UDP明朝 Medium" w:hAnsi="BIZ UDP明朝 Medium"/>
          <w:b/>
          <w:sz w:val="28"/>
        </w:rPr>
        <w:t>（投稿者用）</w:t>
      </w:r>
    </w:p>
    <w:p w14:paraId="53E2D839" w14:textId="77777777" w:rsidR="00026945" w:rsidRDefault="00EA4B3E" w:rsidP="00026945">
      <w:pPr>
        <w:spacing w:after="40" w:line="276" w:lineRule="auto"/>
        <w:ind w:left="255" w:hanging="198"/>
        <w:rPr>
          <w:rFonts w:ascii="BIZ UDP明朝 Medium" w:eastAsia="BIZ UDP明朝 Medium" w:hAnsi="BIZ UDP明朝 Medium"/>
        </w:rPr>
      </w:pPr>
      <w:r>
        <w:rPr>
          <w:rFonts w:ascii="BIZ UDP明朝 Medium" w:eastAsia="BIZ UDP明朝 Medium" w:hAnsi="BIZ UDP明朝 Medium"/>
        </w:rPr>
        <w:t>・投稿申込書を提出する前に、本チェックリストに従って、投稿論文および関連書類について確認・申告してください。</w:t>
      </w:r>
    </w:p>
    <w:p w14:paraId="294A5811" w14:textId="6BD0D503" w:rsidR="00026945" w:rsidRPr="00026945" w:rsidRDefault="00026945" w:rsidP="00026945">
      <w:pPr>
        <w:spacing w:after="40" w:line="276" w:lineRule="auto"/>
        <w:ind w:left="255" w:hanging="198"/>
        <w:rPr>
          <w:rFonts w:ascii="BIZ UDP明朝 Medium" w:eastAsia="BIZ UDP明朝 Medium" w:hAnsi="BIZ UDP明朝 Medium"/>
        </w:rPr>
      </w:pPr>
      <w:r>
        <w:rPr>
          <w:rFonts w:ascii="BIZ UDP明朝 Medium" w:eastAsia="BIZ UDP明朝 Medium" w:hAnsi="BIZ UDP明朝 Medium"/>
        </w:rPr>
        <w:t>・</w:t>
      </w:r>
      <w:r w:rsidRPr="00026945">
        <w:rPr>
          <w:rFonts w:ascii="BIZ UDP明朝 Medium" w:eastAsia="BIZ UDP明朝 Medium" w:hAnsi="BIZ UDP明朝 Medium"/>
        </w:rPr>
        <w:t>本チェックリストは、本誌投稿規定および『AIツール使用に関するガイドライン』に基づくものです</w:t>
      </w:r>
    </w:p>
    <w:p w14:paraId="0A100221" w14:textId="77777777" w:rsidR="000F6ADA" w:rsidRDefault="00EA4B3E">
      <w:pPr>
        <w:spacing w:after="40" w:line="276" w:lineRule="auto"/>
        <w:ind w:left="255" w:hanging="198"/>
      </w:pPr>
      <w:r>
        <w:rPr>
          <w:rFonts w:ascii="BIZ UDP明朝 Medium" w:eastAsia="BIZ UDP明朝 Medium" w:hAnsi="BIZ UDP明朝 Medium"/>
        </w:rPr>
        <w:t>・該当するチェックボックスをクリックして選択し、【　】の記入欄には必要事項をご記載ください。</w:t>
      </w:r>
    </w:p>
    <w:p w14:paraId="232E69A8" w14:textId="77777777" w:rsidR="000F6ADA" w:rsidRDefault="00EA4B3E">
      <w:pPr>
        <w:spacing w:after="40" w:line="276" w:lineRule="auto"/>
        <w:ind w:left="255" w:hanging="198"/>
      </w:pPr>
      <w:r>
        <w:rPr>
          <w:rFonts w:ascii="BIZ UDP明朝 Medium" w:eastAsia="BIZ UDP明朝 Medium" w:hAnsi="BIZ UDP明朝 Medium"/>
        </w:rPr>
        <w:t>・記入のうえ、投稿申込書とあわせてご提出ください。自筆署名は不要です。</w:t>
      </w:r>
    </w:p>
    <w:p w14:paraId="46981850" w14:textId="77777777" w:rsidR="000F6ADA" w:rsidRDefault="00EA4B3E">
      <w:pPr>
        <w:spacing w:after="40" w:line="276" w:lineRule="auto"/>
        <w:ind w:left="255" w:hanging="198"/>
      </w:pPr>
      <w:r>
        <w:rPr>
          <w:rFonts w:ascii="BIZ UDP明朝 Medium" w:eastAsia="BIZ UDP明朝 Medium" w:hAnsi="BIZ UDP明朝 Medium"/>
        </w:rPr>
        <w:t>・共著論文の場合は、責任著者が全共著者を代表して確認・申告してください。</w:t>
      </w:r>
    </w:p>
    <w:p w14:paraId="53E99D70" w14:textId="77777777" w:rsidR="000F6ADA" w:rsidRDefault="00EA4B3E">
      <w:pPr>
        <w:spacing w:before="180" w:after="80"/>
      </w:pPr>
      <w:r>
        <w:rPr>
          <w:rFonts w:ascii="BIZ UDP明朝 Medium" w:eastAsia="BIZ UDP明朝 Medium" w:hAnsi="BIZ UDP明朝 Medium"/>
          <w:b/>
          <w:sz w:val="24"/>
        </w:rPr>
        <w:t>① 研究倫理審査について</w:t>
      </w:r>
    </w:p>
    <w:p w14:paraId="4449AC80" w14:textId="77777777" w:rsidR="000F6ADA" w:rsidRDefault="00EA4B3E" w:rsidP="00EF2301">
      <w:pPr>
        <w:spacing w:after="60" w:line="276" w:lineRule="auto"/>
        <w:ind w:firstLineChars="100" w:firstLine="210"/>
      </w:pPr>
      <w:r>
        <w:rPr>
          <w:rFonts w:ascii="BIZ UDP明朝 Medium" w:eastAsia="BIZ UDP明朝 Medium" w:hAnsi="BIZ UDP明朝 Medium"/>
        </w:rPr>
        <w:t>投稿規定上、現時点で研究倫理審査を受けることは一律の必須要件ではありませんが、所属機関の規程その他の適用される研究倫理上の要請に従ったうえで、下記の申告をお願いします。</w:t>
      </w:r>
    </w:p>
    <w:p w14:paraId="596B8A08"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該当しない（人を対象とする研究等にあたらない）"/>
          <w:tag w:val="cb_7e45632136"/>
          <w:id w:val="1420509347"/>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該当しない（人を対象とする研究等にあたらない）</w:t>
      </w:r>
    </w:p>
    <w:p w14:paraId="0D9B4574"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倫理審査を受けていない"/>
          <w:tag w:val="cb_8ef8a0a09a"/>
          <w:id w:val="573097834"/>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倫理審査を受けていない</w:t>
      </w:r>
    </w:p>
    <w:p w14:paraId="18C41FE0"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倫理審査を受けた（下記に記載）"/>
          <w:tag w:val="cb_195aa29895"/>
          <w:id w:val="1412549696"/>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倫理審査を受けた（下記に記載）</w:t>
      </w:r>
    </w:p>
    <w:p w14:paraId="397A4AC5" w14:textId="40571877" w:rsidR="000F6ADA" w:rsidRDefault="00EA4B3E" w:rsidP="00EF2301">
      <w:pPr>
        <w:spacing w:after="60" w:line="276" w:lineRule="auto"/>
        <w:ind w:firstLineChars="400" w:firstLine="840"/>
        <w:jc w:val="left"/>
      </w:pPr>
      <w:r>
        <w:rPr>
          <w:rFonts w:ascii="BIZ UDP明朝 Medium" w:eastAsia="BIZ UDP明朝 Medium" w:hAnsi="BIZ UDP明朝 Medium"/>
        </w:rPr>
        <w:t xml:space="preserve">【承認番号：　　　　　　　</w:t>
      </w:r>
      <w:r w:rsidR="00EF2301">
        <w:rPr>
          <w:rFonts w:ascii="BIZ UDP明朝 Medium" w:eastAsia="BIZ UDP明朝 Medium" w:hAnsi="BIZ UDP明朝 Medium" w:hint="eastAsia"/>
        </w:rPr>
        <w:t xml:space="preserve">　</w:t>
      </w:r>
      <w:r>
        <w:rPr>
          <w:rFonts w:ascii="BIZ UDP明朝 Medium" w:eastAsia="BIZ UDP明朝 Medium" w:hAnsi="BIZ UDP明朝 Medium"/>
        </w:rPr>
        <w:t xml:space="preserve">　　　　】【承認機関：　　　　　　　　　　　　</w:t>
      </w:r>
      <w:r w:rsidR="00EF2301">
        <w:rPr>
          <w:rFonts w:ascii="BIZ UDP明朝 Medium" w:eastAsia="BIZ UDP明朝 Medium" w:hAnsi="BIZ UDP明朝 Medium" w:hint="eastAsia"/>
        </w:rPr>
        <w:t xml:space="preserve">　　</w:t>
      </w:r>
      <w:r>
        <w:rPr>
          <w:rFonts w:ascii="BIZ UDP明朝 Medium" w:eastAsia="BIZ UDP明朝 Medium" w:hAnsi="BIZ UDP明朝 Medium"/>
        </w:rPr>
        <w:t xml:space="preserve">　　　</w:t>
      </w:r>
      <w:r w:rsidR="00EF2301">
        <w:rPr>
          <w:rFonts w:ascii="BIZ UDP明朝 Medium" w:eastAsia="BIZ UDP明朝 Medium" w:hAnsi="BIZ UDP明朝 Medium" w:hint="eastAsia"/>
        </w:rPr>
        <w:t xml:space="preserve">　　　　　　　</w:t>
      </w:r>
      <w:r>
        <w:rPr>
          <w:rFonts w:ascii="BIZ UDP明朝 Medium" w:eastAsia="BIZ UDP明朝 Medium" w:hAnsi="BIZ UDP明朝 Medium"/>
        </w:rPr>
        <w:t xml:space="preserve">　　　　　】</w:t>
      </w:r>
    </w:p>
    <w:p w14:paraId="23933A70" w14:textId="77777777" w:rsidR="000F6ADA" w:rsidRDefault="00EA4B3E">
      <w:pPr>
        <w:spacing w:before="180" w:after="80"/>
      </w:pPr>
      <w:r>
        <w:rPr>
          <w:rFonts w:ascii="BIZ UDP明朝 Medium" w:eastAsia="BIZ UDP明朝 Medium" w:hAnsi="BIZ UDP明朝 Medium"/>
          <w:b/>
          <w:sz w:val="24"/>
        </w:rPr>
        <w:t>② AIツールの使用について</w:t>
      </w:r>
    </w:p>
    <w:p w14:paraId="6235B07B" w14:textId="77777777" w:rsidR="000F6ADA" w:rsidRDefault="00EA4B3E" w:rsidP="00EF2301">
      <w:pPr>
        <w:spacing w:after="60" w:line="276" w:lineRule="auto"/>
        <w:ind w:firstLineChars="100" w:firstLine="210"/>
      </w:pPr>
      <w:r>
        <w:rPr>
          <w:rFonts w:ascii="BIZ UDP明朝 Medium" w:eastAsia="BIZ UDP明朝 Medium" w:hAnsi="BIZ UDP明朝 Medium"/>
        </w:rPr>
        <w:t>投稿論文を作成するうえで、AIツールを使用したかどうかを申告してください。</w:t>
      </w:r>
    </w:p>
    <w:p w14:paraId="40C037B3" w14:textId="2F6A495F" w:rsidR="000F6ADA" w:rsidRDefault="00DB7D71" w:rsidP="00EF2301">
      <w:pPr>
        <w:spacing w:after="40" w:line="276" w:lineRule="auto"/>
        <w:ind w:leftChars="181" w:left="465" w:hanging="85"/>
      </w:pPr>
      <w:sdt>
        <w:sdtPr>
          <w:rPr>
            <w:rFonts w:ascii="ＭＳ ゴシック" w:eastAsia="ＭＳ ゴシック" w:hAnsi="ＭＳ ゴシック"/>
          </w:rPr>
          <w:alias w:val="AIツールを使用していない"/>
          <w:tag w:val="cb_b43e7c9a6f"/>
          <w:id w:val="1041190000"/>
          <w14:checkbox>
            <w14:checked w14:val="0"/>
            <w14:checkedState w14:val="2611" w14:font="ＭＳ ゴシック"/>
            <w14:uncheckedState w14:val="2610" w14:font="ＭＳ ゴシック"/>
          </w14:checkbox>
        </w:sdtPr>
        <w:sdtEndPr/>
        <w:sdtContent>
          <w:r w:rsidR="00EF2301">
            <w:rPr>
              <w:rFonts w:ascii="ＭＳ ゴシック" w:eastAsia="ＭＳ ゴシック" w:hAnsi="ＭＳ ゴシック" w:hint="eastAsia"/>
            </w:rPr>
            <w:t>☐</w:t>
          </w:r>
        </w:sdtContent>
      </w:sdt>
      <w:r w:rsidR="00EA4B3E">
        <w:rPr>
          <w:rFonts w:ascii="BIZ UDP明朝 Medium" w:eastAsia="BIZ UDP明朝 Medium" w:hAnsi="BIZ UDP明朝 Medium"/>
        </w:rPr>
        <w:t xml:space="preserve"> AIツールを使用していない</w:t>
      </w:r>
    </w:p>
    <w:p w14:paraId="29259FC7"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AIツールを使用した"/>
          <w:tag w:val="cb_247be09932"/>
          <w:id w:val="1751937266"/>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AIツールを使用した</w:t>
      </w:r>
    </w:p>
    <w:p w14:paraId="236F4F4A" w14:textId="2A5BF712" w:rsidR="000F6ADA" w:rsidRDefault="00EA4B3E" w:rsidP="00EF2301">
      <w:pPr>
        <w:spacing w:after="60" w:line="276" w:lineRule="auto"/>
        <w:ind w:firstLineChars="400" w:firstLine="840"/>
        <w:jc w:val="left"/>
      </w:pPr>
      <w:r>
        <w:rPr>
          <w:rFonts w:ascii="BIZ UDP明朝 Medium" w:eastAsia="BIZ UDP明朝 Medium" w:hAnsi="BIZ UDP明朝 Medium"/>
        </w:rPr>
        <w:t xml:space="preserve">【使用したツール名：　　　　　　　　　　</w:t>
      </w:r>
      <w:r w:rsidR="00EF2301">
        <w:rPr>
          <w:rFonts w:ascii="BIZ UDP明朝 Medium" w:eastAsia="BIZ UDP明朝 Medium" w:hAnsi="BIZ UDP明朝 Medium" w:hint="eastAsia"/>
        </w:rPr>
        <w:t xml:space="preserve">　　　　　　　　　　　　　　　　　　　　　</w:t>
      </w:r>
      <w:r>
        <w:rPr>
          <w:rFonts w:ascii="BIZ UDP明朝 Medium" w:eastAsia="BIZ UDP明朝 Medium" w:hAnsi="BIZ UDP明朝 Medium"/>
        </w:rPr>
        <w:t xml:space="preserve">　　　　　　　　　　　　　】</w:t>
      </w:r>
    </w:p>
    <w:p w14:paraId="004193FE" w14:textId="77777777" w:rsidR="000F6ADA" w:rsidRDefault="00EA4B3E" w:rsidP="00EF2301">
      <w:pPr>
        <w:spacing w:after="60" w:line="276" w:lineRule="auto"/>
        <w:ind w:firstLineChars="100" w:firstLine="210"/>
      </w:pPr>
      <w:r>
        <w:rPr>
          <w:rFonts w:ascii="BIZ UDP明朝 Medium" w:eastAsia="BIZ UDP明朝 Medium" w:hAnsi="BIZ UDP明朝 Medium"/>
        </w:rPr>
        <w:t>AIツールを使用した場合は、該当する用途すべてを選択してください。</w:t>
      </w:r>
    </w:p>
    <w:p w14:paraId="6ED71D09"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文章表現の校正、文法・スペルチェック"/>
          <w:tag w:val="cb_bd4254722a"/>
          <w:id w:val="319071945"/>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文章表現の校正、文法・スペルチェック</w:t>
      </w:r>
    </w:p>
    <w:p w14:paraId="4D81D117"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翻訳の補助"/>
          <w:tag w:val="cb_03270d76f1"/>
          <w:id w:val="1360321623"/>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翻訳の補助</w:t>
      </w:r>
    </w:p>
    <w:p w14:paraId="083F3A19"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参考文献の検索補助（ただし、引用情報は必ず原典で確認すること）"/>
          <w:tag w:val="cb_8aa61d7e1f"/>
          <w:id w:val="1083280482"/>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参考文献の検索補助（ただし、引用情報は必ず原典で確認すること）</w:t>
      </w:r>
    </w:p>
    <w:p w14:paraId="7CA48348"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プログラムコードの作成・デバッグの補助"/>
          <w:tag w:val="cb_5be221b333"/>
          <w:id w:val="606725608"/>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プログラムコードの作成・デバッグの補助</w:t>
      </w:r>
    </w:p>
    <w:p w14:paraId="4E4D55D2"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図表の作成補助（データの改変を伴わないもの）"/>
          <w:tag w:val="cb_32c4ecadab"/>
          <w:id w:val="622372064"/>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図表の作成補助（データの改変を伴わないもの）</w:t>
      </w:r>
    </w:p>
    <w:p w14:paraId="07E22C17"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その他（下記に具体的に記載）"/>
          <w:tag w:val="cb_4401c16b16"/>
          <w:id w:val="23275961"/>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その他（下記に具体的に記載）</w:t>
      </w:r>
    </w:p>
    <w:p w14:paraId="0AC216D2" w14:textId="34C22020" w:rsidR="000F6ADA" w:rsidRDefault="00EA4B3E" w:rsidP="00EF2301">
      <w:pPr>
        <w:spacing w:after="60" w:line="276" w:lineRule="auto"/>
        <w:ind w:firstLineChars="400" w:firstLine="840"/>
        <w:jc w:val="left"/>
      </w:pPr>
      <w:r>
        <w:rPr>
          <w:rFonts w:ascii="BIZ UDP明朝 Medium" w:eastAsia="BIZ UDP明朝 Medium" w:hAnsi="BIZ UDP明朝 Medium"/>
        </w:rPr>
        <w:t xml:space="preserve">【その他の用途：　　　　　　　　　　</w:t>
      </w:r>
      <w:r w:rsidR="00EF2301">
        <w:rPr>
          <w:rFonts w:ascii="BIZ UDP明朝 Medium" w:eastAsia="BIZ UDP明朝 Medium" w:hAnsi="BIZ UDP明朝 Medium" w:hint="eastAsia"/>
        </w:rPr>
        <w:t xml:space="preserve">　　　　　　　　　　　　　　　　　　　　　　　</w:t>
      </w:r>
      <w:r>
        <w:rPr>
          <w:rFonts w:ascii="BIZ UDP明朝 Medium" w:eastAsia="BIZ UDP明朝 Medium" w:hAnsi="BIZ UDP明朝 Medium"/>
        </w:rPr>
        <w:t xml:space="preserve">　　　　　　　　　　　　　】</w:t>
      </w:r>
    </w:p>
    <w:p w14:paraId="52F22D10" w14:textId="77777777" w:rsidR="000F6ADA" w:rsidRDefault="00EA4B3E">
      <w:pPr>
        <w:spacing w:before="180" w:after="80"/>
      </w:pPr>
      <w:r>
        <w:rPr>
          <w:rFonts w:ascii="BIZ UDP明朝 Medium" w:eastAsia="BIZ UDP明朝 Medium" w:hAnsi="BIZ UDP明朝 Medium"/>
          <w:b/>
          <w:sz w:val="24"/>
        </w:rPr>
        <w:t>③ 禁止事項の確認について</w:t>
      </w:r>
    </w:p>
    <w:p w14:paraId="2FB79030"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データの生成・捏造・改ざんを行っていない"/>
          <w:tag w:val="cb_f02fcb949f"/>
          <w:id w:val="792289584"/>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データの生成・捏造・改ざんを行っていない</w:t>
      </w:r>
    </w:p>
    <w:p w14:paraId="30233EF4"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実在しない文献・情報を引用していない"/>
          <w:tag w:val="cb_8e35602a4d"/>
          <w:id w:val="402554707"/>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実在しない文献・情報を引用していない</w:t>
      </w:r>
    </w:p>
    <w:p w14:paraId="5332F559" w14:textId="48376409" w:rsidR="000F6ADA" w:rsidRDefault="00DB7D71" w:rsidP="00EF2301">
      <w:pPr>
        <w:spacing w:after="40" w:line="276" w:lineRule="auto"/>
        <w:ind w:leftChars="181" w:left="465" w:hanging="85"/>
      </w:pPr>
      <w:sdt>
        <w:sdtPr>
          <w:rPr>
            <w:rFonts w:ascii="ＭＳ ゴシック" w:eastAsia="ＭＳ ゴシック" w:hAnsi="ＭＳ ゴシック"/>
          </w:rPr>
          <w:alias w:val="論文の主要部分（著者自身の分析、考察および結論に相当する部分）をAIに生成させて"/>
          <w:tag w:val="cb_f9e42dc5c0"/>
          <w:id w:val="1536190324"/>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論文の主要部分（著者自身の分析、考察および結論に相当する部分）をAI</w:t>
      </w:r>
      <w:r w:rsidR="00B7145D">
        <w:rPr>
          <w:rFonts w:ascii="BIZ UDP明朝 Medium" w:eastAsia="BIZ UDP明朝 Medium" w:hAnsi="BIZ UDP明朝 Medium" w:hint="eastAsia"/>
        </w:rPr>
        <w:t>ツール</w:t>
      </w:r>
      <w:r w:rsidR="00EA4B3E">
        <w:rPr>
          <w:rFonts w:ascii="BIZ UDP明朝 Medium" w:eastAsia="BIZ UDP明朝 Medium" w:hAnsi="BIZ UDP明朝 Medium"/>
        </w:rPr>
        <w:t>に生成さ</w:t>
      </w:r>
      <w:r w:rsidR="00EA4B3E">
        <w:rPr>
          <w:rFonts w:ascii="BIZ UDP明朝 Medium" w:eastAsia="BIZ UDP明朝 Medium" w:hAnsi="BIZ UDP明朝 Medium"/>
        </w:rPr>
        <w:lastRenderedPageBreak/>
        <w:t>せていない</w:t>
      </w:r>
    </w:p>
    <w:p w14:paraId="64FB47F3"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未公表の他者の著作物の無断使用につながる利用をしていない"/>
          <w:tag w:val="cb_3e24dff841"/>
          <w:id w:val="1627415037"/>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未公表の他者の著作物の無断使用につながる利用をしていない</w:t>
      </w:r>
    </w:p>
    <w:p w14:paraId="17040F58" w14:textId="77777777" w:rsidR="000F6ADA" w:rsidRDefault="00EA4B3E">
      <w:pPr>
        <w:spacing w:before="180" w:after="80"/>
      </w:pPr>
      <w:r>
        <w:rPr>
          <w:rFonts w:ascii="BIZ UDP明朝 Medium" w:eastAsia="BIZ UDP明朝 Medium" w:hAnsi="BIZ UDP明朝 Medium"/>
          <w:b/>
          <w:sz w:val="24"/>
        </w:rPr>
        <w:t>④ 投稿論文の正確性と責任について</w:t>
      </w:r>
    </w:p>
    <w:p w14:paraId="11CD632F"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論文に記載されたすべての内容（事実関係、数値、引用文献、論理展開等）が正確である"/>
          <w:tag w:val="cb_f4c7835199"/>
          <w:id w:val="925735091"/>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論文に記載されたすべての内容（事実関係、数値、引用文献、論理展開等）が正確であることを確認した（AIツールを使用した部分を含む）</w:t>
      </w:r>
    </w:p>
    <w:p w14:paraId="0F62CF1B" w14:textId="38FF23FF" w:rsidR="000F6ADA" w:rsidRDefault="00DB7D71" w:rsidP="00EF2301">
      <w:pPr>
        <w:spacing w:after="40" w:line="276" w:lineRule="auto"/>
        <w:ind w:leftChars="181" w:left="465" w:hanging="85"/>
      </w:pPr>
      <w:sdt>
        <w:sdtPr>
          <w:rPr>
            <w:rFonts w:ascii="ＭＳ ゴシック" w:eastAsia="ＭＳ ゴシック" w:hAnsi="ＭＳ ゴシック"/>
          </w:rPr>
          <w:alias w:val="論文の内容が投稿者自身のオリジナルな成果であり、他者の著作物の不適切な使用がない"/>
          <w:tag w:val="cb_1bd3f12591"/>
          <w:id w:val="226599947"/>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論文の内容が</w:t>
      </w:r>
      <w:r w:rsidR="00707BB2">
        <w:rPr>
          <w:rFonts w:ascii="BIZ UDP明朝 Medium" w:eastAsia="BIZ UDP明朝 Medium" w:hAnsi="BIZ UDP明朝 Medium" w:hint="eastAsia"/>
        </w:rPr>
        <w:t>著者ら</w:t>
      </w:r>
      <w:r w:rsidR="00EA4B3E">
        <w:rPr>
          <w:rFonts w:ascii="BIZ UDP明朝 Medium" w:eastAsia="BIZ UDP明朝 Medium" w:hAnsi="BIZ UDP明朝 Medium"/>
        </w:rPr>
        <w:t>のオリジナルな成果であり、他者の著作物の不適切な使用がないことを確認した</w:t>
      </w:r>
    </w:p>
    <w:p w14:paraId="5CAFE7CB"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論文内容について、著者として最終的な責任を負うことを理解した"/>
          <w:tag w:val="cb_80f32780c8"/>
          <w:id w:val="1639988375"/>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論文内容について、著者として最終的な責任を負うことを理解した</w:t>
      </w:r>
    </w:p>
    <w:p w14:paraId="635C3E4C" w14:textId="77777777" w:rsidR="000F6ADA" w:rsidRDefault="00EA4B3E">
      <w:pPr>
        <w:spacing w:before="180" w:after="80"/>
      </w:pPr>
      <w:r>
        <w:rPr>
          <w:rFonts w:ascii="BIZ UDP明朝 Medium" w:eastAsia="BIZ UDP明朝 Medium" w:hAnsi="BIZ UDP明朝 Medium"/>
          <w:b/>
          <w:sz w:val="24"/>
        </w:rPr>
        <w:t>⑤ 査読用原稿の匿名化について</w:t>
      </w:r>
    </w:p>
    <w:p w14:paraId="64CEC47F" w14:textId="66B5BE42" w:rsidR="000F6ADA" w:rsidRDefault="00DB7D71" w:rsidP="00EF2301">
      <w:pPr>
        <w:spacing w:after="40" w:line="276" w:lineRule="auto"/>
        <w:ind w:leftChars="181" w:left="465" w:hanging="85"/>
      </w:pPr>
      <w:sdt>
        <w:sdtPr>
          <w:rPr>
            <w:rFonts w:ascii="ＭＳ ゴシック" w:eastAsia="ＭＳ ゴシック" w:hAnsi="ＭＳ ゴシック"/>
          </w:rPr>
          <w:alias w:val="本文中において、著者が明示的に特定される記述を除去し、必要に応じて匿名化表現を用"/>
          <w:tag w:val="cb_b6b73fcfb8"/>
          <w:id w:val="554230243"/>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本文中において、著者が明示的に特定される記述を除去し、必要に応じて匿名化表現を用いている</w:t>
      </w:r>
      <w:r w:rsidR="00917D27">
        <w:rPr>
          <w:rFonts w:ascii="BIZ UDP明朝 Medium" w:eastAsia="BIZ UDP明朝 Medium" w:hAnsi="BIZ UDP明朝 Medium" w:hint="eastAsia"/>
        </w:rPr>
        <w:t>（</w:t>
      </w:r>
      <w:r w:rsidR="00434DA2">
        <w:rPr>
          <w:rFonts w:ascii="BIZ UDP明朝 Medium" w:eastAsia="BIZ UDP明朝 Medium" w:hAnsi="BIZ UDP明朝 Medium" w:hint="eastAsia"/>
        </w:rPr>
        <w:t>原稿執筆の手引きを</w:t>
      </w:r>
      <w:r w:rsidR="00601DFB">
        <w:rPr>
          <w:rFonts w:ascii="BIZ UDP明朝 Medium" w:eastAsia="BIZ UDP明朝 Medium" w:hAnsi="BIZ UDP明朝 Medium" w:hint="eastAsia"/>
        </w:rPr>
        <w:t>確認して</w:t>
      </w:r>
      <w:r w:rsidR="00434DA2">
        <w:rPr>
          <w:rFonts w:ascii="BIZ UDP明朝 Medium" w:eastAsia="BIZ UDP明朝 Medium" w:hAnsi="BIZ UDP明朝 Medium" w:hint="eastAsia"/>
        </w:rPr>
        <w:t>対応している</w:t>
      </w:r>
      <w:r w:rsidR="00917D27">
        <w:rPr>
          <w:rFonts w:ascii="BIZ UDP明朝 Medium" w:eastAsia="BIZ UDP明朝 Medium" w:hAnsi="BIZ UDP明朝 Medium" w:hint="eastAsia"/>
        </w:rPr>
        <w:t>）</w:t>
      </w:r>
    </w:p>
    <w:p w14:paraId="6B5522A3" w14:textId="77777777" w:rsidR="000F6ADA" w:rsidRDefault="00EA4B3E">
      <w:pPr>
        <w:spacing w:after="40" w:line="276" w:lineRule="auto"/>
        <w:ind w:left="255" w:hanging="198"/>
      </w:pPr>
      <w:r>
        <w:rPr>
          <w:rFonts w:ascii="BIZ UDP明朝 Medium" w:eastAsia="BIZ UDP明朝 Medium" w:hAnsi="BIZ UDP明朝 Medium"/>
        </w:rPr>
        <w:t>・採択後の最終稿では匿名化を解除し、正式な記載を追記してください。</w:t>
      </w:r>
    </w:p>
    <w:p w14:paraId="3C1EB3A3" w14:textId="77777777" w:rsidR="000F6ADA" w:rsidRDefault="00EA4B3E">
      <w:pPr>
        <w:spacing w:before="180" w:after="80"/>
      </w:pPr>
      <w:r>
        <w:rPr>
          <w:rFonts w:ascii="BIZ UDP明朝 Medium" w:eastAsia="BIZ UDP明朝 Medium" w:hAnsi="BIZ UDP明朝 Medium"/>
          <w:b/>
          <w:sz w:val="24"/>
        </w:rPr>
        <w:t>⑥ 他誌等への投稿状況について</w:t>
      </w:r>
    </w:p>
    <w:p w14:paraId="00DE47C4"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本投稿論文は、他の学術誌等に投稿しておらず、審査中でもない"/>
          <w:tag w:val="cb_2dae1ca4bf"/>
          <w:id w:val="116124314"/>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本投稿論文は、他の学術誌等に投稿しておらず、審査中でもない</w:t>
      </w:r>
    </w:p>
    <w:p w14:paraId="6A73CB9E" w14:textId="77777777" w:rsidR="000F6ADA" w:rsidRDefault="00EA4B3E">
      <w:pPr>
        <w:spacing w:before="180" w:after="80"/>
      </w:pPr>
      <w:r>
        <w:rPr>
          <w:rFonts w:ascii="BIZ UDP明朝 Medium" w:eastAsia="BIZ UDP明朝 Medium" w:hAnsi="BIZ UDP明朝 Medium"/>
          <w:b/>
          <w:sz w:val="24"/>
        </w:rPr>
        <w:t>⑦ 関連する自身の他の著作物について</w:t>
      </w:r>
    </w:p>
    <w:p w14:paraId="77576D0C" w14:textId="77777777" w:rsidR="000F6ADA" w:rsidRDefault="00EA4B3E" w:rsidP="00EF2301">
      <w:pPr>
        <w:spacing w:after="60" w:line="276" w:lineRule="auto"/>
        <w:ind w:firstLineChars="100" w:firstLine="210"/>
      </w:pPr>
      <w:r>
        <w:rPr>
          <w:rFonts w:ascii="BIZ UDP明朝 Medium" w:eastAsia="BIZ UDP明朝 Medium" w:hAnsi="BIZ UDP明朝 Medium"/>
        </w:rPr>
        <w:t>関連する著作物があること自体は問題ではありません。本投稿論文との差異が明確か確認するため、該当する場合は申告してください。</w:t>
      </w:r>
    </w:p>
    <w:p w14:paraId="6FFF6C4D"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関連する著作物（同一または一部共通するデータ・調査・分析を用いた自身の他の著作物"/>
          <w:tag w:val="cb_da52083446"/>
          <w:id w:val="1619077555"/>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関連する著作物（同一または一部共通するデータ・調査・分析を用いた自身の他の著作物）はない</w:t>
      </w:r>
    </w:p>
    <w:p w14:paraId="34EACB6C" w14:textId="77777777" w:rsidR="000F6ADA" w:rsidRDefault="00DB7D71" w:rsidP="00EF2301">
      <w:pPr>
        <w:spacing w:after="40" w:line="276" w:lineRule="auto"/>
        <w:ind w:leftChars="181" w:left="465" w:hanging="85"/>
      </w:pPr>
      <w:sdt>
        <w:sdtPr>
          <w:rPr>
            <w:rFonts w:ascii="ＭＳ ゴシック" w:eastAsia="ＭＳ ゴシック" w:hAnsi="ＭＳ ゴシック"/>
          </w:rPr>
          <w:alias w:val="関連する著作物がある（公表済み・投稿中・投稿予定を含む）→ 下記に記入"/>
          <w:tag w:val="cb_9c5d440888"/>
          <w:id w:val="60273746"/>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関連する著作物がある（公表済み・投稿中・投稿予定を含む）→ 下記に記入</w:t>
      </w:r>
    </w:p>
    <w:p w14:paraId="6A28C8C1" w14:textId="4C4AA2D3" w:rsidR="00740C40" w:rsidRPr="00907D0C" w:rsidRDefault="00740C40" w:rsidP="00EF2301">
      <w:pPr>
        <w:spacing w:after="60" w:line="276" w:lineRule="auto"/>
        <w:ind w:firstLineChars="400" w:firstLine="840"/>
        <w:jc w:val="left"/>
        <w:rPr>
          <w:rFonts w:ascii="BIZ UDP明朝 Medium" w:eastAsia="BIZ UDP明朝 Medium" w:hAnsi="BIZ UDP明朝 Medium"/>
          <w:u w:val="single"/>
        </w:rPr>
      </w:pPr>
      <w:r w:rsidRPr="00907D0C">
        <w:rPr>
          <w:rFonts w:ascii="BIZ UDP明朝 Medium" w:eastAsia="BIZ UDP明朝 Medium" w:hAnsi="BIZ UDP明朝 Medium" w:hint="eastAsia"/>
          <w:u w:val="single"/>
        </w:rPr>
        <w:t>◆</w:t>
      </w:r>
      <w:r w:rsidR="00EA4B3E" w:rsidRPr="00907D0C">
        <w:rPr>
          <w:rFonts w:ascii="BIZ UDP明朝 Medium" w:eastAsia="BIZ UDP明朝 Medium" w:hAnsi="BIZ UDP明朝 Medium"/>
          <w:u w:val="single"/>
        </w:rPr>
        <w:t>著作物の種類・書誌情報（投稿中の場合は投稿先と状態）</w:t>
      </w:r>
    </w:p>
    <w:p w14:paraId="2E8AB50B" w14:textId="7130CA1E" w:rsidR="000F6ADA" w:rsidRDefault="00EA4B3E" w:rsidP="00EF2301">
      <w:pPr>
        <w:spacing w:after="60" w:line="276" w:lineRule="auto"/>
        <w:ind w:firstLineChars="400" w:firstLine="840"/>
        <w:jc w:val="left"/>
      </w:pPr>
      <w:r>
        <w:rPr>
          <w:rFonts w:ascii="BIZ UDP明朝 Medium" w:eastAsia="BIZ UDP明朝 Medium" w:hAnsi="BIZ UDP明朝 Medium"/>
        </w:rPr>
        <w:t xml:space="preserve">　　　　</w:t>
      </w:r>
      <w:r w:rsidR="00EF2301">
        <w:rPr>
          <w:rFonts w:ascii="BIZ UDP明朝 Medium" w:eastAsia="BIZ UDP明朝 Medium" w:hAnsi="BIZ UDP明朝 Medium" w:hint="eastAsia"/>
        </w:rPr>
        <w:t xml:space="preserve">　　　　　　　　　　　</w:t>
      </w:r>
      <w:r>
        <w:rPr>
          <w:rFonts w:ascii="BIZ UDP明朝 Medium" w:eastAsia="BIZ UDP明朝 Medium" w:hAnsi="BIZ UDP明朝 Medium"/>
        </w:rPr>
        <w:t xml:space="preserve">　　　</w:t>
      </w:r>
    </w:p>
    <w:p w14:paraId="1A50336D" w14:textId="09B58896" w:rsidR="000F6ADA" w:rsidRPr="00907D0C" w:rsidRDefault="00740C40" w:rsidP="00EF2301">
      <w:pPr>
        <w:spacing w:after="60" w:line="276" w:lineRule="auto"/>
        <w:ind w:firstLineChars="400" w:firstLine="840"/>
        <w:jc w:val="left"/>
        <w:rPr>
          <w:u w:val="single"/>
        </w:rPr>
      </w:pPr>
      <w:r w:rsidRPr="00907D0C">
        <w:rPr>
          <w:rFonts w:ascii="BIZ UDP明朝 Medium" w:eastAsia="BIZ UDP明朝 Medium" w:hAnsi="BIZ UDP明朝 Medium" w:hint="eastAsia"/>
          <w:u w:val="single"/>
        </w:rPr>
        <w:t>◆</w:t>
      </w:r>
      <w:r w:rsidR="00EA4B3E" w:rsidRPr="00907D0C">
        <w:rPr>
          <w:rFonts w:ascii="BIZ UDP明朝 Medium" w:eastAsia="BIZ UDP明朝 Medium" w:hAnsi="BIZ UDP明朝 Medium"/>
          <w:u w:val="single"/>
        </w:rPr>
        <w:t>本投稿論文と重複する範囲</w:t>
      </w:r>
    </w:p>
    <w:p w14:paraId="599A9D40" w14:textId="1445A183" w:rsidR="008B1A74" w:rsidRDefault="008B1A74" w:rsidP="00EF2301">
      <w:pPr>
        <w:spacing w:after="60" w:line="276" w:lineRule="auto"/>
        <w:ind w:firstLineChars="400" w:firstLine="840"/>
        <w:jc w:val="left"/>
        <w:rPr>
          <w:rFonts w:ascii="BIZ UDP明朝 Medium" w:eastAsia="BIZ UDP明朝 Medium" w:hAnsi="BIZ UDP明朝 Medium"/>
        </w:rPr>
      </w:pPr>
    </w:p>
    <w:p w14:paraId="11D19A91" w14:textId="500328AB" w:rsidR="000F6ADA" w:rsidRPr="00907D0C" w:rsidRDefault="008B1A74" w:rsidP="00EF2301">
      <w:pPr>
        <w:spacing w:after="60" w:line="276" w:lineRule="auto"/>
        <w:ind w:firstLineChars="400" w:firstLine="840"/>
        <w:jc w:val="left"/>
        <w:rPr>
          <w:rFonts w:ascii="BIZ UDP明朝 Medium" w:eastAsia="BIZ UDP明朝 Medium" w:hAnsi="BIZ UDP明朝 Medium"/>
          <w:u w:val="single"/>
        </w:rPr>
      </w:pPr>
      <w:r w:rsidRPr="00907D0C">
        <w:rPr>
          <w:rFonts w:ascii="BIZ UDP明朝 Medium" w:eastAsia="BIZ UDP明朝 Medium" w:hAnsi="BIZ UDP明朝 Medium" w:hint="eastAsia"/>
          <w:u w:val="single"/>
        </w:rPr>
        <w:t>◆</w:t>
      </w:r>
      <w:r w:rsidR="00EA4B3E" w:rsidRPr="00907D0C">
        <w:rPr>
          <w:rFonts w:ascii="BIZ UDP明朝 Medium" w:eastAsia="BIZ UDP明朝 Medium" w:hAnsi="BIZ UDP明朝 Medium"/>
          <w:u w:val="single"/>
        </w:rPr>
        <w:t>本投稿論文独自の貢献（既存の著作物との差異）</w:t>
      </w:r>
    </w:p>
    <w:p w14:paraId="28713845" w14:textId="77777777" w:rsidR="008B1A74" w:rsidRDefault="008B1A74" w:rsidP="00EF2301">
      <w:pPr>
        <w:spacing w:after="60" w:line="276" w:lineRule="auto"/>
        <w:ind w:firstLineChars="400" w:firstLine="840"/>
        <w:jc w:val="left"/>
        <w:rPr>
          <w:rFonts w:ascii="BIZ UDP明朝 Medium" w:eastAsia="BIZ UDP明朝 Medium" w:hAnsi="BIZ UDP明朝 Medium"/>
        </w:rPr>
      </w:pPr>
    </w:p>
    <w:p w14:paraId="0CDF479B" w14:textId="77777777" w:rsidR="008B1A74" w:rsidRDefault="008B1A74" w:rsidP="00EF2301">
      <w:pPr>
        <w:spacing w:after="60" w:line="276" w:lineRule="auto"/>
        <w:ind w:firstLineChars="400" w:firstLine="840"/>
        <w:jc w:val="left"/>
      </w:pPr>
    </w:p>
    <w:p w14:paraId="31236878" w14:textId="77777777" w:rsidR="000F6ADA" w:rsidRDefault="00EA4B3E">
      <w:pPr>
        <w:spacing w:before="180" w:after="80"/>
      </w:pPr>
      <w:r>
        <w:rPr>
          <w:rFonts w:ascii="BIZ UDP明朝 Medium" w:eastAsia="BIZ UDP明朝 Medium" w:hAnsi="BIZ UDP明朝 Medium"/>
          <w:b/>
          <w:sz w:val="24"/>
        </w:rPr>
        <w:t>⑧ 最終確認</w:t>
      </w:r>
    </w:p>
    <w:p w14:paraId="366B9B7C" w14:textId="5D69FA73" w:rsidR="000F6ADA" w:rsidRDefault="00DB7D71" w:rsidP="00EF2301">
      <w:pPr>
        <w:spacing w:after="40" w:line="276" w:lineRule="auto"/>
        <w:ind w:leftChars="181" w:left="465" w:hanging="85"/>
      </w:pPr>
      <w:sdt>
        <w:sdtPr>
          <w:rPr>
            <w:rFonts w:ascii="ＭＳ ゴシック" w:eastAsia="ＭＳ ゴシック" w:hAnsi="ＭＳ ゴシック"/>
          </w:rPr>
          <w:alias w:val="以上の事項を確認し、正しく申告しています。論文内容および本申告について、著者とし"/>
          <w:tag w:val="cb_0a2f70cbee"/>
          <w:id w:val="681692243"/>
          <w14:checkbox>
            <w14:checked w14:val="0"/>
            <w14:checkedState w14:val="2611" w14:font="ＭＳ ゴシック"/>
            <w14:uncheckedState w14:val="2610" w14:font="ＭＳ ゴシック"/>
          </w14:checkbox>
        </w:sdtPr>
        <w:sdtEndPr/>
        <w:sdtContent>
          <w:r w:rsidR="00EA4B3E">
            <w:rPr>
              <w:rFonts w:ascii="ＭＳ ゴシック" w:eastAsia="ＭＳ ゴシック" w:hAnsi="ＭＳ ゴシック"/>
            </w:rPr>
            <w:t>☐</w:t>
          </w:r>
        </w:sdtContent>
      </w:sdt>
      <w:r w:rsidR="00EA4B3E">
        <w:rPr>
          <w:rFonts w:ascii="BIZ UDP明朝 Medium" w:eastAsia="BIZ UDP明朝 Medium" w:hAnsi="BIZ UDP明朝 Medium"/>
        </w:rPr>
        <w:t xml:space="preserve"> 以上の事項を確認し、正しく申告してい</w:t>
      </w:r>
      <w:r w:rsidR="00707BB2">
        <w:rPr>
          <w:rFonts w:ascii="BIZ UDP明朝 Medium" w:eastAsia="BIZ UDP明朝 Medium" w:hAnsi="BIZ UDP明朝 Medium" w:hint="eastAsia"/>
        </w:rPr>
        <w:t>る</w:t>
      </w:r>
      <w:r w:rsidR="00EA4B3E">
        <w:rPr>
          <w:rFonts w:ascii="BIZ UDP明朝 Medium" w:eastAsia="BIZ UDP明朝 Medium" w:hAnsi="BIZ UDP明朝 Medium"/>
        </w:rPr>
        <w:t>。論文内容および本申告について、著者として最終的な責任を負うことを確認し</w:t>
      </w:r>
      <w:r w:rsidR="00707BB2">
        <w:rPr>
          <w:rFonts w:ascii="BIZ UDP明朝 Medium" w:eastAsia="BIZ UDP明朝 Medium" w:hAnsi="BIZ UDP明朝 Medium" w:hint="eastAsia"/>
        </w:rPr>
        <w:t>た</w:t>
      </w:r>
      <w:r w:rsidR="00EA4B3E">
        <w:rPr>
          <w:rFonts w:ascii="BIZ UDP明朝 Medium" w:eastAsia="BIZ UDP明朝 Medium" w:hAnsi="BIZ UDP明朝 Medium"/>
        </w:rPr>
        <w:t>。</w:t>
      </w:r>
    </w:p>
    <w:p w14:paraId="5938C05B" w14:textId="152DB5A5" w:rsidR="000F6ADA" w:rsidRDefault="00EA4B3E" w:rsidP="00EF2301">
      <w:pPr>
        <w:spacing w:before="100" w:after="40" w:line="276" w:lineRule="auto"/>
        <w:ind w:firstLineChars="400" w:firstLine="840"/>
        <w:jc w:val="left"/>
      </w:pPr>
      <w:r>
        <w:rPr>
          <w:rFonts w:ascii="BIZ UDP明朝 Medium" w:eastAsia="BIZ UDP明朝 Medium" w:hAnsi="BIZ UDP明朝 Medium"/>
        </w:rPr>
        <w:t xml:space="preserve">【責任著者氏名：　　　　　　　　　</w:t>
      </w:r>
      <w:r w:rsidR="00EF2301">
        <w:rPr>
          <w:rFonts w:ascii="BIZ UDP明朝 Medium" w:eastAsia="BIZ UDP明朝 Medium" w:hAnsi="BIZ UDP明朝 Medium" w:hint="eastAsia"/>
        </w:rPr>
        <w:t xml:space="preserve">　　　　　　　　　　　　　　　　　　　　　　　　　　　　</w:t>
      </w:r>
      <w:r>
        <w:rPr>
          <w:rFonts w:ascii="BIZ UDP明朝 Medium" w:eastAsia="BIZ UDP明朝 Medium" w:hAnsi="BIZ UDP明朝 Medium"/>
        </w:rPr>
        <w:t xml:space="preserve">　　　　　　　　　】</w:t>
      </w:r>
    </w:p>
    <w:p w14:paraId="71385ADE" w14:textId="7B260C72" w:rsidR="000F6ADA" w:rsidRDefault="00EA4B3E" w:rsidP="00EF2301">
      <w:pPr>
        <w:spacing w:before="100" w:after="40" w:line="276" w:lineRule="auto"/>
        <w:ind w:firstLineChars="400" w:firstLine="840"/>
        <w:jc w:val="left"/>
      </w:pPr>
      <w:r>
        <w:rPr>
          <w:rFonts w:ascii="BIZ UDP明朝 Medium" w:eastAsia="BIZ UDP明朝 Medium" w:hAnsi="BIZ UDP明朝 Medium"/>
        </w:rPr>
        <w:t xml:space="preserve">【確認日：　　　　　　　　　　　</w:t>
      </w:r>
      <w:r w:rsidR="00EF2301">
        <w:rPr>
          <w:rFonts w:ascii="BIZ UDP明朝 Medium" w:eastAsia="BIZ UDP明朝 Medium" w:hAnsi="BIZ UDP明朝 Medium" w:hint="eastAsia"/>
        </w:rPr>
        <w:t xml:space="preserve">　　　　　　　　　　　　　　　　　　　　　　　　　　　　　　　　　</w:t>
      </w:r>
      <w:r>
        <w:rPr>
          <w:rFonts w:ascii="BIZ UDP明朝 Medium" w:eastAsia="BIZ UDP明朝 Medium" w:hAnsi="BIZ UDP明朝 Medium"/>
        </w:rPr>
        <w:t xml:space="preserve">　　　　　　　】</w:t>
      </w:r>
    </w:p>
    <w:sectPr w:rsidR="000F6ADA" w:rsidSect="00EF2301">
      <w:footerReference w:type="default" r:id="rId8"/>
      <w:pgSz w:w="12240" w:h="15840" w:code="1"/>
      <w:pgMar w:top="1701" w:right="1701" w:bottom="1701" w:left="1701" w:header="567" w:footer="567" w:gutter="0"/>
      <w:cols w:space="720"/>
      <w:docGrid w:linePitch="3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2686C" w14:textId="77777777" w:rsidR="00DB7D71" w:rsidRDefault="00DB7D71" w:rsidP="00633AAE">
      <w:r>
        <w:separator/>
      </w:r>
    </w:p>
  </w:endnote>
  <w:endnote w:type="continuationSeparator" w:id="0">
    <w:p w14:paraId="043BE220" w14:textId="77777777" w:rsidR="00DB7D71" w:rsidRDefault="00DB7D71" w:rsidP="00633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92549"/>
      <w:docPartObj>
        <w:docPartGallery w:val="Page Numbers (Bottom of Page)"/>
        <w:docPartUnique/>
      </w:docPartObj>
    </w:sdtPr>
    <w:sdtEndPr/>
    <w:sdtContent>
      <w:p w14:paraId="49F87A1D" w14:textId="76EDF511" w:rsidR="00633AAE" w:rsidRDefault="00633AAE">
        <w:pPr>
          <w:pStyle w:val="ac"/>
          <w:jc w:val="right"/>
        </w:pPr>
        <w:r>
          <w:fldChar w:fldCharType="begin"/>
        </w:r>
        <w:r>
          <w:instrText>PAGE   \* MERGEFORMAT</w:instrText>
        </w:r>
        <w:r>
          <w:fldChar w:fldCharType="separate"/>
        </w:r>
        <w:r>
          <w:rPr>
            <w:lang w:val="ja-JP"/>
          </w:rPr>
          <w:t>2</w:t>
        </w:r>
        <w:r>
          <w:fldChar w:fldCharType="end"/>
        </w:r>
        <w:r>
          <w:rPr>
            <w:rFonts w:hint="eastAsia"/>
          </w:rPr>
          <w:t>/2</w:t>
        </w:r>
      </w:p>
    </w:sdtContent>
  </w:sdt>
  <w:p w14:paraId="10FA0B1F" w14:textId="77777777" w:rsidR="00633AAE" w:rsidRDefault="00633AA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B08D0" w14:textId="77777777" w:rsidR="00DB7D71" w:rsidRDefault="00DB7D71" w:rsidP="00633AAE">
      <w:r>
        <w:separator/>
      </w:r>
    </w:p>
  </w:footnote>
  <w:footnote w:type="continuationSeparator" w:id="0">
    <w:p w14:paraId="01702326" w14:textId="77777777" w:rsidR="00DB7D71" w:rsidRDefault="00DB7D71" w:rsidP="00633A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num w:numId="1" w16cid:durableId="69082609">
    <w:abstractNumId w:val="8"/>
  </w:num>
  <w:num w:numId="2" w16cid:durableId="483937315">
    <w:abstractNumId w:val="6"/>
  </w:num>
  <w:num w:numId="3" w16cid:durableId="1139609887">
    <w:abstractNumId w:val="5"/>
  </w:num>
  <w:num w:numId="4" w16cid:durableId="101655168">
    <w:abstractNumId w:val="4"/>
  </w:num>
  <w:num w:numId="5" w16cid:durableId="2138253031">
    <w:abstractNumId w:val="7"/>
  </w:num>
  <w:num w:numId="6" w16cid:durableId="1564832283">
    <w:abstractNumId w:val="3"/>
  </w:num>
  <w:num w:numId="7" w16cid:durableId="1357267151">
    <w:abstractNumId w:val="2"/>
  </w:num>
  <w:num w:numId="8" w16cid:durableId="1287665896">
    <w:abstractNumId w:val="1"/>
  </w:num>
  <w:num w:numId="9" w16cid:durableId="679889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drawingGridHorizontalSpacing w:val="105"/>
  <w:drawingGridVerticalSpacing w:val="188"/>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945"/>
    <w:rsid w:val="00034616"/>
    <w:rsid w:val="0006063C"/>
    <w:rsid w:val="000F2C1D"/>
    <w:rsid w:val="000F6ADA"/>
    <w:rsid w:val="0015074B"/>
    <w:rsid w:val="00201993"/>
    <w:rsid w:val="0029639D"/>
    <w:rsid w:val="00326F90"/>
    <w:rsid w:val="0041756F"/>
    <w:rsid w:val="00421786"/>
    <w:rsid w:val="00434DA2"/>
    <w:rsid w:val="00601DFB"/>
    <w:rsid w:val="00633AAE"/>
    <w:rsid w:val="00707BB2"/>
    <w:rsid w:val="0071579F"/>
    <w:rsid w:val="00740C40"/>
    <w:rsid w:val="0085561E"/>
    <w:rsid w:val="008B1A74"/>
    <w:rsid w:val="00907D0C"/>
    <w:rsid w:val="00917D27"/>
    <w:rsid w:val="00AA1D8D"/>
    <w:rsid w:val="00AE17D6"/>
    <w:rsid w:val="00B35522"/>
    <w:rsid w:val="00B47730"/>
    <w:rsid w:val="00B7145D"/>
    <w:rsid w:val="00CB0664"/>
    <w:rsid w:val="00D33F01"/>
    <w:rsid w:val="00DB7D71"/>
    <w:rsid w:val="00EA4B3E"/>
    <w:rsid w:val="00EC16A4"/>
    <w:rsid w:val="00EF23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75BE801"/>
  <w14:defaultImageDpi w14:val="300"/>
  <w15:docId w15:val="{70E6CDC5-2EA8-4ECC-A705-86C5DB74A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2FB"/>
    <w:pPr>
      <w:widowControl w:val="0"/>
      <w:jc w:val="both"/>
    </w:pPr>
  </w:style>
  <w:style w:type="paragraph" w:styleId="1">
    <w:name w:val="heading 1"/>
    <w:basedOn w:val="a"/>
    <w:next w:val="a"/>
    <w:link w:val="10"/>
    <w:uiPriority w:val="9"/>
    <w:qFormat/>
    <w:rsid w:val="00D67B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67B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67BA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67B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67B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67B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67B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67B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67B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67B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67B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67BA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67B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67B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67B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67B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67B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67B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67B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67B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7B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67B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67BAA"/>
    <w:pPr>
      <w:spacing w:before="160" w:after="160"/>
      <w:jc w:val="center"/>
    </w:pPr>
    <w:rPr>
      <w:i/>
      <w:iCs/>
      <w:color w:val="404040" w:themeColor="text1" w:themeTint="BF"/>
    </w:rPr>
  </w:style>
  <w:style w:type="character" w:customStyle="1" w:styleId="a8">
    <w:name w:val="引用文 (文字)"/>
    <w:basedOn w:val="a0"/>
    <w:link w:val="a7"/>
    <w:uiPriority w:val="29"/>
    <w:rsid w:val="00D67BAA"/>
    <w:rPr>
      <w:i/>
      <w:iCs/>
      <w:color w:val="404040" w:themeColor="text1" w:themeTint="BF"/>
    </w:rPr>
  </w:style>
  <w:style w:type="paragraph" w:styleId="a9">
    <w:name w:val="List Paragraph"/>
    <w:basedOn w:val="a"/>
    <w:uiPriority w:val="34"/>
    <w:qFormat/>
    <w:rsid w:val="00D67BAA"/>
    <w:pPr>
      <w:ind w:left="720"/>
      <w:contextualSpacing/>
    </w:pPr>
  </w:style>
  <w:style w:type="character" w:styleId="21">
    <w:name w:val="Intense Emphasis"/>
    <w:basedOn w:val="a0"/>
    <w:uiPriority w:val="21"/>
    <w:qFormat/>
    <w:rsid w:val="00D67BAA"/>
    <w:rPr>
      <w:i/>
      <w:iCs/>
      <w:color w:val="365F91" w:themeColor="accent1" w:themeShade="BF"/>
    </w:rPr>
  </w:style>
  <w:style w:type="paragraph" w:styleId="22">
    <w:name w:val="Intense Quote"/>
    <w:basedOn w:val="a"/>
    <w:next w:val="a"/>
    <w:link w:val="23"/>
    <w:uiPriority w:val="30"/>
    <w:qFormat/>
    <w:rsid w:val="00D67BA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D67BAA"/>
    <w:rPr>
      <w:i/>
      <w:iCs/>
      <w:color w:val="365F91" w:themeColor="accent1" w:themeShade="BF"/>
    </w:rPr>
  </w:style>
  <w:style w:type="character" w:styleId="24">
    <w:name w:val="Intense Reference"/>
    <w:basedOn w:val="a0"/>
    <w:uiPriority w:val="32"/>
    <w:qFormat/>
    <w:rsid w:val="00D67BAA"/>
    <w:rPr>
      <w:b/>
      <w:bCs/>
      <w:smallCaps/>
      <w:color w:val="365F91" w:themeColor="accent1" w:themeShade="BF"/>
      <w:spacing w:val="5"/>
    </w:rPr>
  </w:style>
  <w:style w:type="paragraph" w:styleId="aa">
    <w:name w:val="header"/>
    <w:basedOn w:val="a"/>
    <w:link w:val="ab"/>
    <w:uiPriority w:val="99"/>
    <w:unhideWhenUsed/>
    <w:rsid w:val="000015AB"/>
    <w:pPr>
      <w:tabs>
        <w:tab w:val="center" w:pos="4252"/>
        <w:tab w:val="right" w:pos="8504"/>
      </w:tabs>
      <w:snapToGrid w:val="0"/>
    </w:pPr>
  </w:style>
  <w:style w:type="character" w:customStyle="1" w:styleId="ab">
    <w:name w:val="ヘッダー (文字)"/>
    <w:basedOn w:val="a0"/>
    <w:link w:val="aa"/>
    <w:uiPriority w:val="99"/>
    <w:rsid w:val="000015AB"/>
  </w:style>
  <w:style w:type="paragraph" w:styleId="ac">
    <w:name w:val="footer"/>
    <w:basedOn w:val="a"/>
    <w:link w:val="ad"/>
    <w:uiPriority w:val="99"/>
    <w:unhideWhenUsed/>
    <w:rsid w:val="000015AB"/>
    <w:pPr>
      <w:tabs>
        <w:tab w:val="center" w:pos="4252"/>
        <w:tab w:val="right" w:pos="8504"/>
      </w:tabs>
      <w:snapToGrid w:val="0"/>
    </w:pPr>
  </w:style>
  <w:style w:type="character" w:customStyle="1" w:styleId="ad">
    <w:name w:val="フッター (文字)"/>
    <w:basedOn w:val="a0"/>
    <w:link w:val="ac"/>
    <w:uiPriority w:val="99"/>
    <w:rsid w:val="000015AB"/>
  </w:style>
  <w:style w:type="paragraph" w:styleId="ae">
    <w:name w:val="Revision"/>
    <w:hidden/>
    <w:uiPriority w:val="99"/>
    <w:semiHidden/>
    <w:rsid w:val="00417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1518</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05 jasve</cp:lastModifiedBy>
  <cp:revision>4</cp:revision>
  <dcterms:created xsi:type="dcterms:W3CDTF">2026-09-17T05:06:00Z</dcterms:created>
  <dcterms:modified xsi:type="dcterms:W3CDTF">2026-09-17T06:33:00Z</dcterms:modified>
  <cp:category/>
</cp:coreProperties>
</file>